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69"/>
        <w:gridCol w:w="3969"/>
        <w:gridCol w:w="3969"/>
      </w:tblGrid>
      <w:tr>
        <w:trPr>
          <w:trHeight w:val="2098" w:hRule="exact"/>
          <w:cantSplit/>
        </w:trPr>
        <w:tc>
          <w:tcPr>
            <w:tcW w:type="dxa" w:w="3969"/>
            <w:vAlign w:val="center"/>
            <w:tcMar>
              <w:top w:w="0" w:type="dxa"/>
              <w:left w:w="283" w:type="dxa"/>
              <w:bottom w:w="0" w:type="dxa"/>
              <w:right w:w="283" w:type="dxa"/>
            </w:tcMar>
          </w:tcPr>
          <w:p>
            <w:r>
              <w:t>Vorname Nachname</w:t>
              <w:br/>
              <w:t>Straße Hausnummer</w:t>
              <w:br/>
              <w:t>PLZ Ort</w:t>
            </w:r>
          </w:p>
        </w:tc>
        <w:tc>
          <w:tcPr>
            <w:tcW w:type="dxa" w:w="3969"/>
            <w:vAlign w:val="center"/>
            <w:tcMar>
              <w:top w:w="0" w:type="dxa"/>
              <w:left w:w="283" w:type="dxa"/>
              <w:bottom w:w="0" w:type="dxa"/>
              <w:right w:w="283" w:type="dxa"/>
            </w:tcMar>
          </w:tcPr>
          <w:p>
            <w:r>
              <w:t>Vorname Nachname</w:t>
              <w:br/>
              <w:t>Straße Hausnummer</w:t>
              <w:br/>
              <w:t>PLZ Ort</w:t>
            </w:r>
          </w:p>
        </w:tc>
        <w:tc>
          <w:tcPr>
            <w:tcW w:type="dxa" w:w="3969"/>
            <w:vAlign w:val="center"/>
            <w:tcMar>
              <w:top w:w="0" w:type="dxa"/>
              <w:left w:w="283" w:type="dxa"/>
              <w:bottom w:w="0" w:type="dxa"/>
              <w:right w:w="283" w:type="dxa"/>
            </w:tcMar>
          </w:tcPr>
          <w:p>
            <w:r>
              <w:t>Vorname Nachname</w:t>
              <w:br/>
              <w:t>Straße Hausnummer</w:t>
              <w:br/>
              <w:t>PLZ Ort</w:t>
            </w:r>
          </w:p>
        </w:tc>
      </w:tr>
      <w:tr>
        <w:trPr>
          <w:trHeight w:val="2098" w:hRule="exact"/>
          <w:cantSplit/>
        </w:trPr>
        <w:tc>
          <w:tcPr>
            <w:tcW w:type="dxa" w:w="3969"/>
            <w:vAlign w:val="center"/>
            <w:tcMar>
              <w:top w:w="0" w:type="dxa"/>
              <w:left w:w="283" w:type="dxa"/>
              <w:bottom w:w="0" w:type="dxa"/>
              <w:right w:w="283" w:type="dxa"/>
            </w:tcMar>
          </w:tcPr>
          <w:p>
            <w:r>
              <w:t>Vorname Nachname</w:t>
              <w:br/>
              <w:t>Straße Hausnummer</w:t>
              <w:br/>
              <w:t>PLZ Ort</w:t>
            </w:r>
          </w:p>
        </w:tc>
        <w:tc>
          <w:tcPr>
            <w:tcW w:type="dxa" w:w="3969"/>
            <w:vAlign w:val="center"/>
            <w:tcMar>
              <w:top w:w="0" w:type="dxa"/>
              <w:left w:w="283" w:type="dxa"/>
              <w:bottom w:w="0" w:type="dxa"/>
              <w:right w:w="283" w:type="dxa"/>
            </w:tcMar>
          </w:tcPr>
          <w:p>
            <w:r>
              <w:t>Vorname Nachname</w:t>
              <w:br/>
              <w:t>Straße Hausnummer</w:t>
              <w:br/>
              <w:t>PLZ Ort</w:t>
            </w:r>
          </w:p>
        </w:tc>
        <w:tc>
          <w:tcPr>
            <w:tcW w:type="dxa" w:w="3969"/>
            <w:vAlign w:val="center"/>
            <w:tcMar>
              <w:top w:w="0" w:type="dxa"/>
              <w:left w:w="283" w:type="dxa"/>
              <w:bottom w:w="0" w:type="dxa"/>
              <w:right w:w="283" w:type="dxa"/>
            </w:tcMar>
          </w:tcPr>
          <w:p>
            <w:r>
              <w:t>Vorname Nachname</w:t>
              <w:br/>
              <w:t>Straße Hausnummer</w:t>
              <w:br/>
              <w:t>PLZ Ort</w:t>
            </w:r>
          </w:p>
        </w:tc>
      </w:tr>
      <w:tr>
        <w:trPr>
          <w:trHeight w:val="2098" w:hRule="exact"/>
          <w:cantSplit/>
        </w:trPr>
        <w:tc>
          <w:tcPr>
            <w:tcW w:type="dxa" w:w="3969"/>
            <w:vAlign w:val="center"/>
            <w:tcMar>
              <w:top w:w="0" w:type="dxa"/>
              <w:left w:w="283" w:type="dxa"/>
              <w:bottom w:w="0" w:type="dxa"/>
              <w:right w:w="283" w:type="dxa"/>
            </w:tcMar>
          </w:tcPr>
          <w:p>
            <w:r>
              <w:t>Vorname Nachname</w:t>
              <w:br/>
              <w:t>Straße Hausnummer</w:t>
              <w:br/>
              <w:t>PLZ Ort</w:t>
            </w:r>
          </w:p>
        </w:tc>
        <w:tc>
          <w:tcPr>
            <w:tcW w:type="dxa" w:w="3969"/>
            <w:vAlign w:val="center"/>
            <w:tcMar>
              <w:top w:w="0" w:type="dxa"/>
              <w:left w:w="283" w:type="dxa"/>
              <w:bottom w:w="0" w:type="dxa"/>
              <w:right w:w="283" w:type="dxa"/>
            </w:tcMar>
          </w:tcPr>
          <w:p>
            <w:r>
              <w:t>Vorname Nachname</w:t>
              <w:br/>
              <w:t>Straße Hausnummer</w:t>
              <w:br/>
              <w:t>PLZ Ort</w:t>
            </w:r>
          </w:p>
        </w:tc>
        <w:tc>
          <w:tcPr>
            <w:tcW w:type="dxa" w:w="3969"/>
            <w:vAlign w:val="center"/>
            <w:tcMar>
              <w:top w:w="0" w:type="dxa"/>
              <w:left w:w="283" w:type="dxa"/>
              <w:bottom w:w="0" w:type="dxa"/>
              <w:right w:w="283" w:type="dxa"/>
            </w:tcMar>
          </w:tcPr>
          <w:p>
            <w:r>
              <w:t>Vorname Nachname</w:t>
              <w:br/>
              <w:t>Straße Hausnummer</w:t>
              <w:br/>
              <w:t>PLZ Ort</w:t>
            </w:r>
          </w:p>
        </w:tc>
      </w:tr>
      <w:tr>
        <w:trPr>
          <w:trHeight w:val="2098" w:hRule="exact"/>
          <w:cantSplit/>
        </w:trPr>
        <w:tc>
          <w:tcPr>
            <w:tcW w:type="dxa" w:w="3969"/>
            <w:vAlign w:val="center"/>
            <w:tcMar>
              <w:top w:w="0" w:type="dxa"/>
              <w:left w:w="283" w:type="dxa"/>
              <w:bottom w:w="0" w:type="dxa"/>
              <w:right w:w="283" w:type="dxa"/>
            </w:tcMar>
          </w:tcPr>
          <w:p>
            <w:r>
              <w:t>Vorname Nachname</w:t>
              <w:br/>
              <w:t>Straße Hausnummer</w:t>
              <w:br/>
              <w:t>PLZ Ort</w:t>
            </w:r>
          </w:p>
        </w:tc>
        <w:tc>
          <w:tcPr>
            <w:tcW w:type="dxa" w:w="3969"/>
            <w:vAlign w:val="center"/>
            <w:tcMar>
              <w:top w:w="0" w:type="dxa"/>
              <w:left w:w="283" w:type="dxa"/>
              <w:bottom w:w="0" w:type="dxa"/>
              <w:right w:w="283" w:type="dxa"/>
            </w:tcMar>
          </w:tcPr>
          <w:p>
            <w:r>
              <w:t>Vorname Nachname</w:t>
              <w:br/>
              <w:t>Straße Hausnummer</w:t>
              <w:br/>
              <w:t>PLZ Ort</w:t>
            </w:r>
          </w:p>
        </w:tc>
        <w:tc>
          <w:tcPr>
            <w:tcW w:type="dxa" w:w="3969"/>
            <w:vAlign w:val="center"/>
            <w:tcMar>
              <w:top w:w="0" w:type="dxa"/>
              <w:left w:w="283" w:type="dxa"/>
              <w:bottom w:w="0" w:type="dxa"/>
              <w:right w:w="283" w:type="dxa"/>
            </w:tcMar>
          </w:tcPr>
          <w:p>
            <w:r>
              <w:t>Vorname Nachname</w:t>
              <w:br/>
              <w:t>Straße Hausnummer</w:t>
              <w:br/>
              <w:t>PLZ Ort</w:t>
            </w:r>
          </w:p>
        </w:tc>
      </w:tr>
      <w:tr>
        <w:trPr>
          <w:trHeight w:val="2098" w:hRule="exact"/>
          <w:cantSplit/>
        </w:trPr>
        <w:tc>
          <w:tcPr>
            <w:tcW w:type="dxa" w:w="3969"/>
            <w:vAlign w:val="center"/>
            <w:tcMar>
              <w:top w:w="0" w:type="dxa"/>
              <w:left w:w="283" w:type="dxa"/>
              <w:bottom w:w="0" w:type="dxa"/>
              <w:right w:w="283" w:type="dxa"/>
            </w:tcMar>
          </w:tcPr>
          <w:p>
            <w:r>
              <w:t>Vorname Nachname</w:t>
              <w:br/>
              <w:t>Straße Hausnummer</w:t>
              <w:br/>
              <w:t>PLZ Ort</w:t>
            </w:r>
          </w:p>
        </w:tc>
        <w:tc>
          <w:tcPr>
            <w:tcW w:type="dxa" w:w="3969"/>
            <w:vAlign w:val="center"/>
            <w:tcMar>
              <w:top w:w="0" w:type="dxa"/>
              <w:left w:w="283" w:type="dxa"/>
              <w:bottom w:w="0" w:type="dxa"/>
              <w:right w:w="283" w:type="dxa"/>
            </w:tcMar>
          </w:tcPr>
          <w:p>
            <w:r>
              <w:t>Vorname Nachname</w:t>
              <w:br/>
              <w:t>Straße Hausnummer</w:t>
              <w:br/>
              <w:t>PLZ Ort</w:t>
            </w:r>
          </w:p>
        </w:tc>
        <w:tc>
          <w:tcPr>
            <w:tcW w:type="dxa" w:w="3969"/>
            <w:vAlign w:val="center"/>
            <w:tcMar>
              <w:top w:w="0" w:type="dxa"/>
              <w:left w:w="283" w:type="dxa"/>
              <w:bottom w:w="0" w:type="dxa"/>
              <w:right w:w="283" w:type="dxa"/>
            </w:tcMar>
          </w:tcPr>
          <w:p>
            <w:r>
              <w:t>Vorname Nachname</w:t>
              <w:br/>
              <w:t>Straße Hausnummer</w:t>
              <w:br/>
              <w:t>PLZ Ort</w:t>
            </w:r>
          </w:p>
        </w:tc>
      </w:tr>
      <w:tr>
        <w:trPr>
          <w:trHeight w:val="2098" w:hRule="exact"/>
          <w:cantSplit/>
        </w:trPr>
        <w:tc>
          <w:tcPr>
            <w:tcW w:type="dxa" w:w="3969"/>
            <w:vAlign w:val="center"/>
            <w:tcMar>
              <w:top w:w="0" w:type="dxa"/>
              <w:left w:w="283" w:type="dxa"/>
              <w:bottom w:w="0" w:type="dxa"/>
              <w:right w:w="283" w:type="dxa"/>
            </w:tcMar>
          </w:tcPr>
          <w:p>
            <w:r>
              <w:t>Vorname Nachname</w:t>
              <w:br/>
              <w:t>Straße Hausnummer</w:t>
              <w:br/>
              <w:t>PLZ Ort</w:t>
            </w:r>
          </w:p>
        </w:tc>
        <w:tc>
          <w:tcPr>
            <w:tcW w:type="dxa" w:w="3969"/>
            <w:vAlign w:val="center"/>
            <w:tcMar>
              <w:top w:w="0" w:type="dxa"/>
              <w:left w:w="283" w:type="dxa"/>
              <w:bottom w:w="0" w:type="dxa"/>
              <w:right w:w="283" w:type="dxa"/>
            </w:tcMar>
          </w:tcPr>
          <w:p>
            <w:r>
              <w:t>Vorname Nachname</w:t>
              <w:br/>
              <w:t>Straße Hausnummer</w:t>
              <w:br/>
              <w:t>PLZ Ort</w:t>
            </w:r>
          </w:p>
        </w:tc>
        <w:tc>
          <w:tcPr>
            <w:tcW w:type="dxa" w:w="3969"/>
            <w:vAlign w:val="center"/>
            <w:tcMar>
              <w:top w:w="0" w:type="dxa"/>
              <w:left w:w="283" w:type="dxa"/>
              <w:bottom w:w="0" w:type="dxa"/>
              <w:right w:w="283" w:type="dxa"/>
            </w:tcMar>
          </w:tcPr>
          <w:p>
            <w:r>
              <w:t>Vorname Nachname</w:t>
              <w:br/>
              <w:t>Straße Hausnummer</w:t>
              <w:br/>
              <w:t>PLZ Ort</w:t>
            </w:r>
          </w:p>
        </w:tc>
      </w:tr>
      <w:tr>
        <w:trPr>
          <w:trHeight w:val="2098" w:hRule="exact"/>
          <w:cantSplit/>
        </w:trPr>
        <w:tc>
          <w:tcPr>
            <w:tcW w:type="dxa" w:w="3969"/>
            <w:vAlign w:val="center"/>
            <w:tcMar>
              <w:top w:w="0" w:type="dxa"/>
              <w:left w:w="283" w:type="dxa"/>
              <w:bottom w:w="0" w:type="dxa"/>
              <w:right w:w="283" w:type="dxa"/>
            </w:tcMar>
          </w:tcPr>
          <w:p>
            <w:r>
              <w:t>Vorname Nachname</w:t>
              <w:br/>
              <w:t>Straße Hausnummer</w:t>
              <w:br/>
              <w:t>PLZ Ort</w:t>
            </w:r>
          </w:p>
        </w:tc>
        <w:tc>
          <w:tcPr>
            <w:tcW w:type="dxa" w:w="3969"/>
            <w:vAlign w:val="center"/>
            <w:tcMar>
              <w:top w:w="0" w:type="dxa"/>
              <w:left w:w="283" w:type="dxa"/>
              <w:bottom w:w="0" w:type="dxa"/>
              <w:right w:w="283" w:type="dxa"/>
            </w:tcMar>
          </w:tcPr>
          <w:p>
            <w:r>
              <w:t>Vorname Nachname</w:t>
              <w:br/>
              <w:t>Straße Hausnummer</w:t>
              <w:br/>
              <w:t>PLZ Ort</w:t>
            </w:r>
          </w:p>
        </w:tc>
        <w:tc>
          <w:tcPr>
            <w:tcW w:type="dxa" w:w="3969"/>
            <w:vAlign w:val="center"/>
            <w:tcMar>
              <w:top w:w="0" w:type="dxa"/>
              <w:left w:w="283" w:type="dxa"/>
              <w:bottom w:w="0" w:type="dxa"/>
              <w:right w:w="283" w:type="dxa"/>
            </w:tcMar>
          </w:tcPr>
          <w:p>
            <w:r>
              <w:t>Vorname Nachname</w:t>
              <w:br/>
              <w:t>Straße Hausnummer</w:t>
              <w:br/>
              <w:t>PLZ Ort</w:t>
            </w:r>
          </w:p>
        </w:tc>
      </w:tr>
      <w:tr>
        <w:trPr>
          <w:trHeight w:val="2098" w:hRule="exact"/>
          <w:cantSplit/>
        </w:trPr>
        <w:tc>
          <w:tcPr>
            <w:tcW w:type="dxa" w:w="3969"/>
            <w:vAlign w:val="center"/>
            <w:tcMar>
              <w:top w:w="0" w:type="dxa"/>
              <w:left w:w="283" w:type="dxa"/>
              <w:bottom w:w="0" w:type="dxa"/>
              <w:right w:w="283" w:type="dxa"/>
            </w:tcMar>
          </w:tcPr>
          <w:p>
            <w:r>
              <w:t>Vorname Nachname</w:t>
              <w:br/>
              <w:t>Straße Hausnummer</w:t>
              <w:br/>
              <w:t>PLZ Ort</w:t>
            </w:r>
          </w:p>
        </w:tc>
        <w:tc>
          <w:tcPr>
            <w:tcW w:type="dxa" w:w="3969"/>
            <w:vAlign w:val="center"/>
            <w:tcMar>
              <w:top w:w="0" w:type="dxa"/>
              <w:left w:w="283" w:type="dxa"/>
              <w:bottom w:w="0" w:type="dxa"/>
              <w:right w:w="283" w:type="dxa"/>
            </w:tcMar>
          </w:tcPr>
          <w:p>
            <w:r>
              <w:t>Vorname Nachname</w:t>
              <w:br/>
              <w:t>Straße Hausnummer</w:t>
              <w:br/>
              <w:t>PLZ Ort</w:t>
            </w:r>
          </w:p>
        </w:tc>
        <w:tc>
          <w:tcPr>
            <w:tcW w:type="dxa" w:w="3969"/>
            <w:vAlign w:val="center"/>
            <w:tcMar>
              <w:top w:w="0" w:type="dxa"/>
              <w:left w:w="283" w:type="dxa"/>
              <w:bottom w:w="0" w:type="dxa"/>
              <w:right w:w="283" w:type="dxa"/>
            </w:tcMar>
          </w:tcPr>
          <w:p>
            <w:r>
              <w:t>Vorname Nachname</w:t>
              <w:br/>
              <w:t>Straße Hausnummer</w:t>
              <w:br/>
              <w:t>PLZ Ort</w:t>
            </w:r>
          </w:p>
        </w:tc>
      </w:tr>
    </w:tbl>
    <w:p>
      <w:pPr>
        <w:spacing w:line="20" w:lineRule="exact" w:after="0" w:before="0"/>
      </w:pPr>
      <w:r>
        <w:rPr>
          <w:sz w:val="2"/>
        </w:rPr>
      </w: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 w:val="0"/>
      <w:spacing w:before="0" w:after="0" w:line="240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Adressetiketten 70 x 37 Millimeter</dc:title>
  <dc:subject>A4 Ausfüllvorlage mit 24 Feldern</dc:subject>
  <dc:creator>Knallerfalke</dc:creator>
  <cp:keywords/>
  <dc:description>Eigene Knallerfalke-Vorlage. 3 Spalten, 8 Reihen; ohne Herstellerzuordnung und ohne Seriendruckverbindung. Maße abgleichen und vor Verwendung in 100 Prozent auf Normalpapier probedrucken.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